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ÜNİVERSİTE SINAV KÂĞIDI İNCELEME TALEBİ</w:t>
      </w:r>
    </w:p>
    <w:p>
      <w:r>
        <w:t>Düzenleme tarihi: [GG.AA.YYYY]     Yer: [İl/ilçe]</w:t>
      </w:r>
    </w:p>
    <w:p>
      <w:r>
        <w:t>[Üniversite/fakülte/bölüm] [ders kodu ve sınav türü] sınavının [tarih] tarihinde ilan edilen [not] sonucuna ilişkin kâğıdımı ve değerlendirme ölçütlerini incelemek istiyorum.</w:t>
      </w:r>
    </w:p>
    <w:p>
      <w:r>
        <w:t>[Öğrenci no son dört hane] adına dersin ilan edilmiş itiraz/inceleme usulü ve süresi içinde başvuruyorum. Uygun görülen inceleme tarihi, yeri ve erişebileceğim belge kapsamının bildirilmesini rica ederim.</w:t>
      </w:r>
    </w:p>
    <w:p>
      <w:r>
        <w:t>Somut puanlama itirazım varsa [soru no, gerekçe] ayrıca belirtilmiştir. Bu metin tek başına not değişikliği veya her üniversite için aynı süreyi doğurmaz.</w:t>
      </w:r>
    </w:p>
    <w:p>
      <w:r>
        <w:t>Öğrenci [ad, tarih, imza]</w:t>
      </w:r>
    </w:p>
    <w:p>
      <w:r>
        <w:rPr>
          <w:b/>
        </w:rPr>
        <w:t>KULLANMADAN ÖNCE</w:t>
      </w:r>
    </w:p>
    <w:p>
      <w:r>
        <w:t>Üniversite ve fakültenin güncel sınav yönetmeliğindeki kısa itiraz süresini ilk gün kontrol edin.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