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OKUL İÇİ YAZILI MAZERET SINAVI BAŞVURUSU</w:t>
      </w:r>
    </w:p>
    <w:p>
      <w:r>
        <w:t>Düzenleme tarihi: [GG.AA.YYYY]     Yer: [İl/ilçe]</w:t>
      </w:r>
    </w:p>
    <w:p>
      <w:r>
        <w:t>[Okul, sınıf ve öğrenci adı] için [ders/sınav tarihi] yazılı sınavına [somut mazeret] nedeniyle katılım sağlanamadı.</w:t>
      </w:r>
    </w:p>
    <w:p>
      <w:r>
        <w:t>Mazeretin tarihini ve dayanağını gösteren [rapor/izin/diğer gerekli belge] ektedir. Okulun güncel yazılı sınav usulü kapsamında mazeretin değerlendirilmesini ve uygun bulunursa mazeret sınavı tarihinin bildirilmesini rica ederim.</w:t>
      </w:r>
    </w:p>
    <w:p>
      <w:r>
        <w:t>Bu metin ülke geneli ortak sınav, merkezî sınav veya üniversite sınavı için geçerli otomatik başvuru değildir.</w:t>
      </w:r>
    </w:p>
    <w:p>
      <w:r>
        <w:t>Veli/öğrenci [ad, tarih, imza] | Ekler: mazeret kanıtı</w:t>
      </w:r>
    </w:p>
    <w:p>
      <w:r>
        <w:rPr>
          <w:b/>
        </w:rPr>
        <w:t>KULLANMADAN ÖNCE</w:t>
      </w:r>
    </w:p>
    <w:p>
      <w:r>
        <w:t>Sınav türü ve okulun bildirim süresi hemen kontrol edilmelidir; belgenin kabulünü bu dilekçe garanti etmez.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