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SAĞLIK SİGORTASI PROVİZYON İNCELEMESİ</w:t>
      </w:r>
    </w:p>
    <w:p>
      <w:r>
        <w:t>Düzenleme tarihi: [GG.AA.YYYY]     Yer: [İl/ilçe]</w:t>
      </w:r>
    </w:p>
    <w:p>
      <w:r>
        <w:t>[Sigortacı/poliçe no son haneler] için [kurum/işlem tarihi] provizyonu [işlem no] ile reddedildi veya sınırlı onaylandı. Bildirilen gerekçe [metin].</w:t>
      </w:r>
    </w:p>
    <w:p>
      <w:r>
        <w:t>Poliçedeki teminat/istisna, bekleme süresi, network ve limit hükmü ile sağlık kurumunun gönderdiği işlem kodunun karşılaştırılmasını; kararın kalemli yazılı gerekçesini istiyorum.</w:t>
      </w:r>
    </w:p>
    <w:p>
      <w:r>
        <w:t>Bu başvuru poliçede olmayan teminatı yaratmaz. Sağlık verisi yalnız güvenli sigorta kanalında ve gerekli ölçüde paylaşılır; acil sağlık kararı sigorta yanıtına bırakılmaz.</w:t>
      </w:r>
    </w:p>
    <w:p>
      <w:r>
        <w:t>Sigortalı/yetkili [ad, tarih, imza]</w:t>
      </w:r>
    </w:p>
    <w:p>
      <w:r>
        <w:rPr>
          <w:b/>
        </w:rPr>
        <w:t>KULLANMADAN ÖNCE</w:t>
      </w:r>
    </w:p>
    <w:p>
      <w:r>
        <w:t>Poliçe hükmü ve işlem kodunu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