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SİGORTA POLİÇESİ YENİLEMEME BİLDİRİMİ</w:t>
      </w:r>
    </w:p>
    <w:p>
      <w:r>
        <w:t>Düzenleme tarihi: [GG.AA.YYYY]     Yer: [İl/ilçe]</w:t>
      </w:r>
    </w:p>
    <w:p>
      <w:r>
        <w:t>[Sigortacı/poliçe türü ve no son dört hane] sözleşmesinin [bitiş tarihi] sonrasında yeni dönem için yenileme talebim bulunmamaktadır. Otomatik yenileme veya tahsilat yetkisi varsa geçerli sözleşme usulüyle sonlandırılmasını istiyorum.</w:t>
      </w:r>
    </w:p>
    <w:p>
      <w:r>
        <w:t>Mevcut teminatın hangi tarih ve saatte biteceğinin, son prim/borç hesabının ve varsa bağlı kredi, zorunlu sigorta veya yenileme garantisi etkisinin yazılı bildirilmesini rica ederim.</w:t>
      </w:r>
    </w:p>
    <w:p>
      <w:r>
        <w:t>Bu bildirim yürürlükteki poliçeyi geriye dönük iptal etmez. Zorunlu teminatı kesintisiz sürdürme ihtiyacı ve poliçe şartları ayrıca kontrol edilir.</w:t>
      </w:r>
    </w:p>
    <w:p>
      <w:r>
        <w:t>Sigorta ettiren [ad, tarih, imza]</w:t>
      </w:r>
    </w:p>
    <w:p>
      <w:r>
        <w:rPr>
          <w:b/>
        </w:rPr>
        <w:t>KULLANMADAN ÖNCE</w:t>
      </w:r>
    </w:p>
    <w:p>
      <w:r>
        <w:t>Yenileme hükmünü, ödeme yetkisini ve zorunlu teminatı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