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SİGORTA POLİÇESİ İPTAL VE PRİM HESABI TALEBİ</w:t>
      </w:r>
    </w:p>
    <w:p>
      <w:r>
        <w:t>Düzenleme tarihi: [GG.AA.YYYY]     Yer: [İl/ilçe]</w:t>
      </w:r>
    </w:p>
    <w:p>
      <w:r>
        <w:t>[Sigortacı/poliçe türü ve no son dört hane] için [iptal gerekçesi ve talep tarihi] nedeniyle sözleşmenin sona erdirilme koşullarının değerlendirilmesini istiyorum.</w:t>
      </w:r>
    </w:p>
    <w:p>
      <w:r>
        <w:t>Teminatın sona ereceği tarih, işleyen/işlemeyen dönem prim hesabı, masraf veya kesinti dayanağı ve varsa net iade tutarı yazılı bildirilsin. Ödeme belgesi ve poliçe ektedir.</w:t>
      </w:r>
    </w:p>
    <w:p>
      <w:r>
        <w:t>Her sigortada serbest ve tam prim iadesi hakkı olduğu varsayılmaz. Zorunlu sigorta, kredi bağlantısı, gerçekleşmiş riziko ve poliçe/genel şartlar somut olarak incelenmelidir.</w:t>
      </w:r>
    </w:p>
    <w:p>
      <w:r>
        <w:t>Sigorta ettiren/yetkili [ad, tarih, imza]</w:t>
      </w:r>
    </w:p>
    <w:p>
      <w:r>
        <w:rPr>
          <w:b/>
        </w:rPr>
        <w:t>KULLANMADAN ÖNCE</w:t>
      </w:r>
    </w:p>
    <w:p>
      <w:r>
        <w:t>Poliçe türünü, rehin/menfaat sahibini ve iptal şartını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