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SİGORTA HASAR İHBARI VE DOSYA TALEBİ</w:t>
      </w:r>
    </w:p>
    <w:p>
      <w:r>
        <w:t>Düzenleme tarihi: [GG.AA.YYYY]     Yer: [İl/ilçe]</w:t>
      </w:r>
    </w:p>
    <w:p>
      <w:r>
        <w:t>[Sigorta şirketi] nezdindeki [poliçe türü/no son dört hane] kapsamında [olay tarihi/yer] tarihinde [somut olay] meydana geldi. İlk tespit edilen zarar [kısa liste].</w:t>
      </w:r>
    </w:p>
    <w:p>
      <w:r>
        <w:t>Hasar ihbarımın alınmasını, dosya numarası ve istenecek belgelerin yazılı bildirilmesini, ekspertiz/inceleme yolunun açıklanmasını talep ederim. Fotoğraf, tutanak ve mevcut belgeler [ek].</w:t>
      </w:r>
    </w:p>
    <w:p>
      <w:r>
        <w:t>Bu metin teminat kabulü veya ödeme taahhüdü değildir. Poliçe kapsamı, istisnalar, bildirim süresi ve zararı artırmama yükümlülüğü somut olaya göre incelenmelidir.</w:t>
      </w:r>
    </w:p>
    <w:p>
      <w:r>
        <w:t>Sigortalı/hak sahibi [ad, tarih, imza]</w:t>
      </w:r>
    </w:p>
    <w:p>
      <w:r>
        <w:rPr>
          <w:b/>
        </w:rPr>
        <w:t>KULLANMADAN ÖNCE</w:t>
      </w:r>
    </w:p>
    <w:p>
      <w:r>
        <w:t>Poliçedeki ihbar süresini kontrol edin; delilleri ve dosya numarasını saklayın.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