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HESAP HAREKETİ VE İŞLEM DEKONTU TALEBİ</w:t>
      </w:r>
    </w:p>
    <w:p>
      <w:r>
        <w:t>Düzenleme tarihi: [GG.AA.YYYY]     Yer: [İl/ilçe]</w:t>
      </w:r>
    </w:p>
    <w:p>
      <w:r>
        <w:t>[Banka] nezdindeki [hesap/IBAN son dört hane] için [başlangıç-bitiş tarihi] hesap hareketlerinin ve [tarih/tutar/işlem referansı] işleminin dekont örneğinin güvenli resmî kanaldan verilmesini istiyorum.</w:t>
      </w:r>
    </w:p>
    <w:p>
      <w:r>
        <w:t>Belgenin elektronik imzalı/kaşeli biçimi gerekiyorsa [kullanım amacı] için sunulabilecek formatı ve uygulanacak ücret varsa önceden bildirilmesini rica ederim.</w:t>
      </w:r>
    </w:p>
    <w:p>
      <w:r>
        <w:t>Başka kişiye ait hesap bilgisi istemiyorum. Bu dilekçe işlem itirazı veya hata düzeltme başvurusu değildir; bunlar için ayrıca başvuru yapacağım.</w:t>
      </w:r>
    </w:p>
    <w:p>
      <w:r>
        <w:t>Hesap sahibi/vekil [ad, tarih, imza] | Yetki belgesi [varsa]</w:t>
      </w:r>
    </w:p>
    <w:p>
      <w:r>
        <w:rPr>
          <w:b/>
        </w:rPr>
        <w:t>KULLANMADAN ÖNCE</w:t>
      </w:r>
    </w:p>
    <w:p>
      <w:r>
        <w:t>Tarih aralığını ve işlem referansını somut yazın; yalnız bankanın güvenli kanalını kullanın.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