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OTOMATİK ÖDEME TALİMATININ İPTALİ</w:t>
      </w:r>
    </w:p>
    <w:p>
      <w:r>
        <w:t>Düzenleme tarihi: [GG.AA.YYYY]     Yer: [İl/ilçe]</w:t>
      </w:r>
    </w:p>
    <w:p>
      <w:r>
        <w:t>[Banka] nezdindeki [hesap/kart son dört hane] üzerinden [kurum/abonelik adı ve no] için verilen otomatik ödeme talimatının [talep tarihi] itibarıyla iptalini istiyorum.</w:t>
      </w:r>
    </w:p>
    <w:p>
      <w:r>
        <w:t>İptalin uygulanacağı tarih, işleme alınmış veya bekleyen tahsilat bulunup bulunmadığı, son ödenen fatura ve talimat iptal teyidinin yazılı bildirilmesini rica ederim.</w:t>
      </w:r>
    </w:p>
    <w:p>
      <w:r>
        <w:t>Bu işlem ilgili abonelik/hizmet sözleşmesini sona erdirmez, doğmuş faturaları silmez. İptal tarihine yakın borçları kurumun resmî kanalından ayrıca kontrol edeceğim.</w:t>
      </w:r>
    </w:p>
    <w:p>
      <w:r>
        <w:t>Hesap sahibi [ad, tarih, imza] | Banka kayıt no [no]</w:t>
      </w:r>
    </w:p>
    <w:p>
      <w:r>
        <w:rPr>
          <w:b/>
        </w:rPr>
        <w:t>KULLANMADAN ÖNCE</w:t>
      </w:r>
    </w:p>
    <w:p>
      <w:r>
        <w:t>Banka talimatını ve alacaklı kurum hesabını ayrı kontrol edin; gecikme faizi riskini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