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KREDİ KARTI LİMİT AZALTMA TALEBİ</w:t>
      </w:r>
    </w:p>
    <w:p>
      <w:r>
        <w:t>Düzenleme tarihi: [GG.AA.YYYY]     Yer: [İl/ilçe]</w:t>
      </w:r>
    </w:p>
    <w:p>
      <w:r>
        <w:t>[Banka] nezdindeki son dört hanesi [XXXX] olan kredi kartımın mevcut limitinin [tutar] olarak göründüğünü, yeni limitin [tutar] düzeyine düşürülmesini talep ettiğimi bildiririm.</w:t>
      </w:r>
    </w:p>
    <w:p>
      <w:r>
        <w:t>Talebimin bankanın resmî kanalında kayda alınmasını, yeni limitin yürürlük tarihinin, bağlı ek kart/ortak limit ve mevcut taksit/borç etkisinin yazılı bildirilmesini rica ederim.</w:t>
      </w:r>
    </w:p>
    <w:p>
      <w:r>
        <w:t>Limit azaltımı mevcut borcu silmez veya kartı kapatmaz. Tam kart numarası, CVV, şifre ve tek kullanımlık kod bu metne yazılmaz.</w:t>
      </w:r>
    </w:p>
    <w:p>
      <w:r>
        <w:t>Kart hamili [ad, tarih, imza] | Başvuru no [no]</w:t>
      </w:r>
    </w:p>
    <w:p>
      <w:r>
        <w:rPr>
          <w:b/>
        </w:rPr>
        <w:t>KULLANMADAN ÖNCE</w:t>
      </w:r>
    </w:p>
    <w:p>
      <w:r>
        <w:t>Bankanın güvenli kanalını kullanın; ek kart ve toplam müşteri limiti etkisini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