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KREDİ ÖDEME ERTELEME GÖRÜŞME TALEBİ</w:t>
      </w:r>
    </w:p>
    <w:p>
      <w:r>
        <w:t>Düzenleme tarihi: [GG.AA.YYYY]     Yer: [İl/ilçe]</w:t>
      </w:r>
    </w:p>
    <w:p>
      <w:r>
        <w:t>[Banka] nezdindeki [kredi türü, sözleşme no son dört hane] kredimin [tarih] vadeli taksiti için [somut ve kısa neden] nedeniyle ödeme planı değişikliği seçeneğinin incelenmesini istiyorum.</w:t>
      </w:r>
    </w:p>
    <w:p>
      <w:r>
        <w:t>Olası ertelemenin yeni vade, taksit, toplam geri ödeme, faiz/kâr payı, ücret, sigorta, teminat ve gecikme kaydı etkilerini ayrı kalemlerle gösteren yazılı teklif rica ederim.</w:t>
      </w:r>
    </w:p>
    <w:p>
      <w:r>
        <w:t>Bu başvuru tek başına vadenin uzadığı, temerrüdün durduğu veya bankanın teklifi kabul ettiği anlamına gelmez. Yeni koşulları yazılı görmeden kabul beyanı vermiyorum.</w:t>
      </w:r>
    </w:p>
    <w:p>
      <w:r>
        <w:t>Müşteri [ad, tarih, imza] | Ek: mevcut ödeme planı</w:t>
      </w:r>
    </w:p>
    <w:p>
      <w:r>
        <w:rPr>
          <w:b/>
        </w:rPr>
        <w:t>KULLANMADAN ÖNCE</w:t>
      </w:r>
    </w:p>
    <w:p>
      <w:r>
        <w:t>Gecikme gerçekleşmeden bankanın resmî kanalına iletin; teklif edilen toplam maliyeti mevcut planla karşılaştırın.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