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KREDİ ÖDEME PLANI DEĞİŞİKLİĞİ GÖRÜŞME TALEBİ</w:t>
      </w:r>
    </w:p>
    <w:p>
      <w:r>
        <w:t>Düzenleme tarihi: [GG.AA.YYYY]     Yer: [İl/ilçe]</w:t>
      </w:r>
    </w:p>
    <w:p>
      <w:r>
        <w:t>[Banka] nezdindeki [kredi türü ve sözleşme no son dört hane] için mevcut taksit [tutar/vade] ve [somut ödeme güçlüğü veya talep nedeni] nedeniyle ödeme koşullarının değerlendirilmesini istiyorum.</w:t>
      </w:r>
    </w:p>
    <w:p>
      <w:r>
        <w:t>Yeni vade, taksit, toplam geri ödeme, faiz/kâr payı, masraf, sigorta ve teminat üzerindeki değişiklikleri yazılı ve kalem kalem gösteren teklif gönderilmesini talep ederim.</w:t>
      </w:r>
    </w:p>
    <w:p>
      <w:r>
        <w:t>Bu dilekçe tek başına borcu ertelemez, temerrüdü durdurmaz veya bankayı yapılandırmaya zorlamaz. Yazılı teklif ve yeni sözleşme koşullarını görmeden kabul vermiyorum.</w:t>
      </w:r>
    </w:p>
    <w:p>
      <w:r>
        <w:t>Müşteri [ad, tarih, imza] | Ekler: ödeme planı ve uygun belgeler</w:t>
      </w:r>
    </w:p>
    <w:p>
      <w:r>
        <w:rPr>
          <w:b/>
        </w:rPr>
        <w:t>KULLANMADAN ÖNCE</w:t>
      </w:r>
    </w:p>
    <w:p>
      <w:r>
        <w:t>Gecikme, sicil ve teminat sonuçlarını bankaya sorun; teklifin toplam maliyetini mevcut planla karşılaştırın.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