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BANKAYA HATALI TRANSFER İADE BAŞVURUSU</w:t>
      </w:r>
    </w:p>
    <w:p>
      <w:r>
        <w:t>Düzenleme tarihi: [GG.AA.YYYY]     Yer: [İl/ilçe]</w:t>
      </w:r>
    </w:p>
    <w:p>
      <w:r>
        <w:t>[Tarih-saat] tarihinde [gönderen hesap son dört hane] üzerinden [tutar] TL tutarında [EFT/havale/FAST] işlemi yaptım. İşlem referansı [numara].</w:t>
      </w:r>
    </w:p>
    <w:p>
      <w:r>
        <w:t>Alıcı bilgisine ilişkin hata [hatalı IBAN/isim/tutarın somut açıklaması] nedeniyle bankamdan işlemin durumunu inceleyip uygulanabilir iade talebini alıcı bankaya iletmesini istiyorum.</w:t>
      </w:r>
    </w:p>
    <w:p>
      <w:r>
        <w:t>Güvenlik için tam hesap numarası ve şifre bu metinde yer almaz. İade sonucunun, izlenen işlemin ve varsa alıcı onayı gerekliliğinin yazılı bildirilmesini talep ederim.</w:t>
      </w:r>
    </w:p>
    <w:p>
      <w:r>
        <w:t>Gönderen [ad, tarih, imza] | Ekler: işlem dekontu</w:t>
      </w:r>
    </w:p>
    <w:p>
      <w:r>
        <w:rPr>
          <w:b/>
        </w:rPr>
        <w:t>KULLANMADAN ÖNCE</w:t>
      </w:r>
    </w:p>
    <w:p>
      <w:r>
        <w:t>Bankayla hemen resmî kanaldan görüşün. Başvuru, tamamlanmış transferin kendiliğinden geri alınacağını garanti etmez.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