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OTEL REZERVASYONU UYUŞMAZLIK TALEBİ</w:t>
      </w:r>
    </w:p>
    <w:p>
      <w:r>
        <w:t>Düzenleme tarihi: [GG.AA.YYYY]     Yer: [İl/ilçe]</w:t>
      </w:r>
    </w:p>
    <w:p>
      <w:r>
        <w:t>[Otel/rezervasyon platformu] üzerinden [rezervasyon no, tarih, konaklama aralığı] için [tutar] ödedim. Uyuşmazlık [iptal/oda koşulu/ek bedel] konusunda [somut olay].</w:t>
      </w:r>
    </w:p>
    <w:p>
      <w:r>
        <w:t>İlan, rezervasyon koşulu, ödeme kaydı ve yazışmalar ektedir. Hangi koşulun uygulandığını, kalemli ücret ve varsa iade/düzeltme kararını yazılı bildirmenizi istiyorum.</w:t>
      </w:r>
    </w:p>
    <w:p>
      <w:r>
        <w:t>Tek başına otel rezervasyonu ile paket tur aynı hukuki işlem değildir. İptal koşulu ve hizmet kusuru somut sözleşmeye göre değerlendirilir.</w:t>
      </w:r>
    </w:p>
    <w:p>
      <w:r>
        <w:t>Tüketici [ad, tarih, imza]</w:t>
      </w:r>
    </w:p>
    <w:p>
      <w:r>
        <w:rPr>
          <w:b/>
        </w:rPr>
        <w:t>KULLANMADAN ÖNCE</w:t>
      </w:r>
    </w:p>
    <w:p>
      <w:r>
        <w:t>Rezervasyon koşulunun satın alma anındaki sürümünü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