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PAKET TUR FESİH VE BEDEL İADE TALEBİ</w:t>
      </w:r>
    </w:p>
    <w:p>
      <w:r>
        <w:t>Düzenleme tarihi: [GG.AA.YYYY]     Yer: [İl/ilçe]</w:t>
      </w:r>
    </w:p>
    <w:p>
      <w:r>
        <w:t>[Tur düzenleyicisi/rezervasyon no] için [başlangıç tarihi, rota] paket turuna [sözleşme/ödeme tarihi] tarihinde katıldım. Fesih/iptal gerekçem ve bildirim tarihim [somut].</w:t>
      </w:r>
    </w:p>
    <w:p>
      <w:r>
        <w:t>Paket Tur Sözleşmeleri Yönetmeliği m.16 ve sözleşme uyarınca vergi, üçüncü kişi gideri ve kalan bedelin kalemli hesabını; belgelendirilen kesintiler sonrası iade yolunu yazılı istiyorum.</w:t>
      </w:r>
    </w:p>
    <w:p>
      <w:r>
        <w:t>İptal zamanı ve nedeni sonucu değiştirir. Her durumda koşulsuz tam iade veya sabit kesinti varsayılmaz; bildirim kalıcı veri saklayıcısıyla kanıtlanır.</w:t>
      </w:r>
    </w:p>
    <w:p>
      <w:r>
        <w:t>Katılımcı [ad, tarih, imza] | Ek: sözleşme/dekont</w:t>
      </w:r>
    </w:p>
    <w:p>
      <w:r>
        <w:rPr>
          <w:b/>
        </w:rPr>
        <w:t>KULLANMADAN ÖNCE</w:t>
      </w:r>
    </w:p>
    <w:p>
      <w:r>
        <w:t>Tur başlangıcı, bildirim tarihi ve belgeli gideri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