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ÖZEL KURS KAYIT İPTAL VE İADE HESABI</w:t>
      </w:r>
    </w:p>
    <w:p>
      <w:r>
        <w:t>Düzenleme tarihi: [GG.AA.YYYY]     Yer: [İl/ilçe]</w:t>
      </w:r>
    </w:p>
    <w:p>
      <w:r>
        <w:t>[Kurs adı/program] için [kayıt/sözleşme tarihi] tarihinde kayıt yaptırdım; [ayrılma tarihi ve nedeni] itibarıyla devam etmeyeceğim. Ödeme [tutar/tarih], alınan ders [saat/dönem].</w:t>
      </w:r>
    </w:p>
    <w:p>
      <w:r>
        <w:t>Sözleşme, ilan edilen ücret ve Özel Öğretim Kurumları Yönetmeliği m.56 kapsamında işlenen ders, kesinti ve diğer hizmetlerin kalemli hesabını, varsa net iadenin yazılı bildirilmesini istiyorum.</w:t>
      </w:r>
    </w:p>
    <w:p>
      <w:r>
        <w:t>Kursun MEB kapsamında olup olmadığı, ücretin ders saati mi dönem/yıl olarak mı belirlendiği ve ayrılma zamanı sonucu değiştirir; sabit iade oranı varsayılmaz.</w:t>
      </w:r>
    </w:p>
    <w:p>
      <w:r>
        <w:t>Kursiyer/veli [ad, tarih, imza] | Ek: sözleşme/dekont</w:t>
      </w:r>
    </w:p>
    <w:p>
      <w:r>
        <w:rPr>
          <w:b/>
        </w:rPr>
        <w:t>KULLANMADAN ÖNCE</w:t>
      </w:r>
    </w:p>
    <w:p>
      <w:r>
        <w:t>Kurum türü, ders saati ve güncel m.56 hükmünü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