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SPOR SALONU ÜYELİĞİ SONA ERDİRME TALEBİ</w:t>
      </w:r>
    </w:p>
    <w:p>
      <w:r>
        <w:t>Düzenleme tarihi: [GG.AA.YYYY]     Yer: [İl/ilçe]</w:t>
      </w:r>
    </w:p>
    <w:p>
      <w:r>
        <w:t>[Salon/üyelik no] için [sözleşme tarihi ve dönem] kapsamındaki üyeliğimi [istenen sona erme tarihi] itibarıyla [sözleşme veya hukuki dayanak] uyarınca sonlandırmak istiyorum.</w:t>
      </w:r>
    </w:p>
    <w:p>
      <w:r>
        <w:t>Kalan dönem ücreti, peşin ödeme, giriş/ek hizmet bedeli ve ileri sürülen kesintilerin sözleşme ile mevzuat dayanaklarının kalemli yazılı bildirilmesini; varsa iadenin yapılmasını talep ederim.</w:t>
      </w:r>
    </w:p>
    <w:p>
      <w:r>
        <w:t>Üyeliğin türü, süresi, mesafeli işleme/cayma hakkı veya hizmet kusuru bilinmeden otomatik tam iade varsayılmaz. Yazılı fesih alındısını saklayın.</w:t>
      </w:r>
    </w:p>
    <w:p>
      <w:r>
        <w:t>Üye [ad, tarih, imza] | Ek: sözleşme/ödeme</w:t>
      </w:r>
    </w:p>
    <w:p>
      <w:r>
        <w:rPr>
          <w:b/>
        </w:rPr>
        <w:t>KULLANMADAN ÖNCE</w:t>
      </w:r>
    </w:p>
    <w:p>
      <w:r>
        <w:t>Sözleşme türü, bildirim yöntemi ve son tahsilatı doğrulayın.</w:t>
      </w:r>
    </w:p>
    <w:p>
      <w:r>
        <w:t>Bu belge düzenlenebilir genel örnektir. Köşeli alanları kendi durumunuza göre doldurun veya çıkarın; ilgili kurumun güncel usulünü kontrol edin. Bu açıklama gönderilecek/imzalanacak nüshadan çıkarılabilir.</w:t>
      </w:r>
    </w:p>
    <w:sectPr w:rsidR="00FC693F" w:rsidRPr="0006063C" w:rsidSect="00034616">
      <w:footerReference w:type="default" r:id="rId9"/>
      <w:pgSz w:w="12240" w:h="15840"/>
      <w:pgMar w:top="1134" w:right="1276" w:bottom="1134" w:left="127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sozlesmeindir.com  •  Word örneği  •  30.09.2026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/>
    </w:pPr>
    <w:rPr>
      <w:rFonts w:ascii="Aptos" w:hAnsi="Aptos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Aptos Display" w:hAnsi="Aptos Display"/>
      <w:b/>
      <w:color w:val="000000"/>
      <w:spacing w:val="5"/>
      <w:kern w:val="28"/>
      <w:sz w:val="3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