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MOBİL HAT FATURA ÜCRETİ İTİRAZI</w:t>
      </w:r>
    </w:p>
    <w:p>
      <w:r>
        <w:t>Düzenleme tarihi: [GG.AA.YYYY]     Yer: [İl/ilçe]</w:t>
      </w:r>
    </w:p>
    <w:p>
      <w:r>
        <w:t>[İşletmeci/hat son dört hane] için [dönem/fatura no] faturasındaki [kalem ve tutar] ücretine [somut neden] ile itiraz ediyorum.</w:t>
      </w:r>
    </w:p>
    <w:p>
      <w:r>
        <w:t>Tarife/ek paket onay kaydı, kullanım dökümü, ücret başlangıç tarihi ve vergiler dahil kalemli açıklamanın verilmesini; hata varsa fatura düzeltmesi/iadeyi istiyorum.</w:t>
      </w:r>
    </w:p>
    <w:p>
      <w:r>
        <w:t>Başvuru, tartışmasız tüm faturayı ödememe hakkı doğurduğu varsayımıyla kullanılmamalıdır. İtiraz numarası, ödeme ve hizmet kesinti riskini sözleşme/BTK usulüne göre değerlendirin.</w:t>
      </w:r>
    </w:p>
    <w:p>
      <w:r>
        <w:t>Abone [ad, tarih, imza] | Ek: fatura ve ekran kayıtları</w:t>
      </w:r>
    </w:p>
    <w:p>
      <w:r>
        <w:rPr>
          <w:b/>
        </w:rPr>
        <w:t>KULLANMADAN ÖNCE</w:t>
      </w:r>
    </w:p>
    <w:p>
      <w:r>
        <w:t>Kalemi ve onay tarihini yazın; başvuru numarasını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