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CEP TELEFONU ARIZASI GARANTİ BAŞVURUSU</w:t>
      </w:r>
    </w:p>
    <w:p>
      <w:r>
        <w:t>Düzenleme tarihi: [GG.AA.YYYY]     Yer: [İl/ilçe]</w:t>
      </w:r>
    </w:p>
    <w:p>
      <w:r>
        <w:t>[Marka/model/seri son dört hane] telefonumu [satın alma tarihi/fatura no] ile aldım. [Arıza başlangıç tarihi] itibarıyla [tekrarlanabilir somut arıza] görülmektedir.</w:t>
      </w:r>
    </w:p>
    <w:p>
      <w:r>
        <w:t>Garanti belgesi ve önceki servis fişleri [ek]. Yetkili servis incelemesi, arıza tespiti ve uygulanabilir garanti/ayıplı mal haklarım hakkında yazılı işlem fişi verilmesini istiyorum.</w:t>
      </w:r>
    </w:p>
    <w:p>
      <w:r>
        <w:t>Verilerimi güvenle yedekledim/yedekleyemedim [işaretleyin]; servis veri silme ihtimalini önceden açıklasın. Sıvı teması veya kullanıcı hatası gibi nedenler inceleme yapılmadan kesin kabul edilmez.</w:t>
      </w:r>
    </w:p>
    <w:p>
      <w:r>
        <w:t>Tüketici [ad, tarih, imza] | Ek: fatura ve servis fişi</w:t>
      </w:r>
    </w:p>
    <w:p>
      <w:r>
        <w:rPr>
          <w:b/>
        </w:rPr>
        <w:t>KULLANMADAN ÖNCE</w:t>
      </w:r>
    </w:p>
    <w:p>
      <w:r>
        <w:t>Yetkili servis kaydını ve ürüne özgü azami onarım süresini doğrulayın; verileri yedekleyin.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