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EKSİK TESLİM EDİLEN SİPARİŞ İÇİN BAŞVURU</w:t>
      </w:r>
    </w:p>
    <w:p>
      <w:r>
        <w:t>Düzenleme tarihi: [GG.AA.YYYY]     Yer: [İl/ilçe]</w:t>
      </w:r>
    </w:p>
    <w:p>
      <w:r>
        <w:t>[Satıcı/platform] üzerinden [tarih ve sipariş no] ile [ürün/adet] satın aldım. [Teslim tarihi] paketinde [gelen ürün/adet] bulunmakta, [eksik parça/adet] teslim edilmemiştir.</w:t>
      </w:r>
    </w:p>
    <w:p>
      <w:r>
        <w:t>Sipariş, fatura, paket etiketi ve açılış fotoğrafları [ek]. Eksik kısmın sözleşmeye uygun tamamlanmasını; mümkün değilse yasal çözüm ve iade hesabının yazılı bildirilmesini istiyorum.</w:t>
      </w:r>
    </w:p>
    <w:p>
      <w:r>
        <w:t>Paket içeriği ile ayrı gönderi bildirimi kontrol edilmiştir/edilmemiştir [işaretleyin]. Bu yazı satıcının belirlediği teslim süresini veya kanuni başvuru usulünü kendiliğinden değiştirmez.</w:t>
      </w:r>
    </w:p>
    <w:p>
      <w:r>
        <w:t>Tüketici [ad, tarih, imza] | Ekler [liste]</w:t>
      </w:r>
    </w:p>
    <w:p>
      <w:r>
        <w:rPr>
          <w:b/>
        </w:rPr>
        <w:t>KULLANMADAN ÖNCE</w:t>
      </w:r>
    </w:p>
    <w:p>
      <w:r>
        <w:t>Parçalı kargo ihtimalini ve takip numaralarını karşılaştırıp başvuru kaydını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