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SİPARİŞE AYKIRI ÜRÜN GÖNDERİMİ BİLDİRİMİ</w:t>
      </w:r>
    </w:p>
    <w:p>
      <w:r>
        <w:t>Düzenleme tarihi: [GG.AA.YYYY]     Yer: [İl/ilçe]</w:t>
      </w:r>
    </w:p>
    <w:p>
      <w:r>
        <w:t>[Satıcı/platform] üzerindeki [sipariş no, tarih] siparişimde [sipariş edilen ürün ve temel özellik] bulunmasına rağmen [teslim tarihi] günü [gelen ürün] teslim edildi.</w:t>
      </w:r>
    </w:p>
    <w:p>
      <w:r>
        <w:t>Sipariş özeti, fatura, paket etiketi ve fotoğraf [ek]. Sözleşmeye uygun ürünün teslimi veya mevzuata uygun başka çözümün, yanlış ürünün geri alınma yöntemi ve masrafının yazılı bildirilmesini istiyorum.</w:t>
      </w:r>
    </w:p>
    <w:p>
      <w:r>
        <w:t>Yanlış ürün, cayma ve ayıplı mal yollarının koşulları ayrı değerlendirilebilir; burada otomatik bir iade süresi veya ücretsiz gönderim iddiası somut olay incelenmeden kurulmaz.</w:t>
      </w:r>
    </w:p>
    <w:p>
      <w:r>
        <w:t>Tüketici [ad, tarih, imza] | Ekler: sipariş ve teslim kanıtı</w:t>
      </w:r>
    </w:p>
    <w:p>
      <w:r>
        <w:rPr>
          <w:b/>
        </w:rPr>
        <w:t>KULLANMADAN ÖNCE</w:t>
      </w:r>
    </w:p>
    <w:p>
      <w:r>
        <w:t>Yanlış ürünü kullanmadan etiket/paket ve başvuru numarasını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