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KAMERA KAYDI İNCELEME TALEBİ</w:t>
      </w:r>
    </w:p>
    <w:p>
      <w:r>
        <w:t>Düzenleme tarihi: [GG.AA.YYYY]     Yer: [İl/ilçe]</w:t>
      </w:r>
    </w:p>
    <w:p>
      <w:r>
        <w:t>[Site/bina] ortak alanında [tarih-saat aralığı] meydana gelen [somut olay] ile ilgili kaydın mevcut olup olmadığının ve saklama süresinin bildirilmesini istiyorum.</w:t>
      </w:r>
    </w:p>
    <w:p>
      <w:r>
        <w:t>Kayıtta kendi görüntüm veya olayla ilgili veri bulunuyorsa KVKK ilgili kişi usulü ve üçüncü kişi mahremiyeti gözetilerek inceleme/erişim yolunun açıklanmasını rica ederim.</w:t>
      </w:r>
    </w:p>
    <w:p>
      <w:r>
        <w:t>Bu yazı tüm kamera görüntülerinin ham kopyasını koşulsuz isteme hakkı doğurmaz; delil gereksiniminde kolluk/yargı usulü ayrı izlenir. Kayıt silinmeden önce hukuka uygun koruma değerlendirilir.</w:t>
      </w:r>
    </w:p>
    <w:p>
      <w:r>
        <w:t>Başvuran [ad, tarih, imza]</w:t>
      </w:r>
    </w:p>
    <w:p>
      <w:r>
        <w:rPr>
          <w:b/>
        </w:rPr>
        <w:t>KULLANMADAN ÖNCE</w:t>
      </w:r>
    </w:p>
    <w:p>
      <w:r>
        <w:t>Zaman aralığını daraltın; üçüncü kişilerin görüntülerini koruyun.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