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 SIZINTISI İNCELEME BİLDİRİMİ</w:t>
      </w:r>
    </w:p>
    <w:p>
      <w:r>
        <w:t>Düzenleme tarihi: [GG.AA.YYYY]     Yer: [İl/ilçe]</w:t>
      </w:r>
    </w:p>
    <w:p>
      <w:r>
        <w:t>[Bina/bağımsız bölüm] adresimde [ilk gözlem tarihi] itibarıyla [tavan/duvar vb.] bölgede su sızıntısı izlenmektedir. Fotoğraf, tarih ve görülen zarar [ek liste].</w:t>
      </w:r>
    </w:p>
    <w:p>
      <w:r>
        <w:t>Kaynağın teknik uzman tarafından incelenmesi, acil zararı büyütmeyecek önlemlerin koordine edilmesi ve yönetim/komşu/tesisat sorumluluğunun bulguya göre değerlendirilmesi için yazılı dönüş rica ederim.</w:t>
      </w:r>
    </w:p>
    <w:p>
      <w:r>
        <w:t>Sızıntı kaynağı henüz kesinleşmemiştir; komşunun kusuru veya ortak tesisat sorumluluğu varsayılmaz. Elektrik/çökme tehlikesinde güvenlik ve acil müdahale önceliklidir.</w:t>
      </w:r>
    </w:p>
    <w:p>
      <w:r>
        <w:t>Bildiren [ad, bölüm, tarih, imza]</w:t>
      </w:r>
    </w:p>
    <w:p>
      <w:r>
        <w:rPr>
          <w:b/>
        </w:rPr>
        <w:t>KULLANMADAN ÖNCE</w:t>
      </w:r>
    </w:p>
    <w:p>
      <w:r>
        <w:t>Fotoğraf ve uzman tespitini saklayın; acil hasarı sınırlayın.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