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YÖNETİM PLANI ÖRNEĞİ TALEBİ</w:t>
      </w:r>
    </w:p>
    <w:p>
      <w:r>
        <w:t>Düzenleme tarihi: [GG.AA.YYYY]     Yer: [İl/ilçe]</w:t>
      </w:r>
    </w:p>
    <w:p>
      <w:r>
        <w:t>[Apartman/site ve bağımsız bölüm] için kat maliki/kullanıcı sıfatım [dayanak] olup geçerli yönetim planının tarihini ve varsa değişikliklerinin listesini öğrenmek istiyorum.</w:t>
      </w:r>
    </w:p>
    <w:p>
      <w:r>
        <w:t>Yönetimden planı inceleyebileceğim yeri/elektronik yöntemi ve mevzuata uygun biçimde örneğini nasıl alabileceğimi yazılı bildirmesini rica ederim.</w:t>
      </w:r>
    </w:p>
    <w:p>
      <w:r>
        <w:t>Bu talep planın kendiliğinden değiştirilmesi, kurul kararının iptali veya tapu sicilinden resmî örnek verilmesi anlamına gelmez.</w:t>
      </w:r>
    </w:p>
    <w:p>
      <w:r>
        <w:t>Başvuran [ad, bölüm, tarih, imza]</w:t>
      </w:r>
    </w:p>
    <w:p>
      <w:r>
        <w:rPr>
          <w:b/>
        </w:rPr>
        <w:t>KULLANMADAN ÖNCE</w:t>
      </w:r>
    </w:p>
    <w:p>
      <w:r>
        <w:t>Yönetimdeki kopyanın güncelliğini kontrol edin; resmî kayıt gerekiyorsa tapu müdürlüğünün usulünü ayrıca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