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ALT KİRALAMA YAZILI İZİN TALEBİ</w:t>
      </w:r>
    </w:p>
    <w:p>
      <w:r>
        <w:t>Düzenleme tarihi: [GG.AA.YYYY]     Yer: [İl/ilçe]</w:t>
      </w:r>
    </w:p>
    <w:p>
      <w:r>
        <w:t>Kiraya veren [ad]; kiralanan [adres]; kira sözleşmesi [tarih]. Önerilen alt kiracı [ad] ve kullanım [amaç, bölüm, süre] için yazılı izin talep ediyorum.</w:t>
      </w:r>
    </w:p>
    <w:p>
      <w:r>
        <w:t>Alt kiranın bedeli, kullanım sınırları ve ana sözleşmeyle ilişkisi [bilgi]. Görüşünüzü [kanal] üzerinden yazılı bildirmenizi rica ederim.</w:t>
      </w:r>
    </w:p>
    <w:p>
      <w:r>
        <w:t>Konut ve çatılı işyerlerinde kiraya verenin yazılı rızası aranır. Talep yazısı veya sessizlik tek başına izin sayılmaz; ana kira ilişkisindeki yükümlülükler ayrıca değerlendirilir.</w:t>
      </w:r>
    </w:p>
    <w:p>
      <w:r>
        <w:t>Kiracı [ad, tarih, imza]</w:t>
      </w:r>
    </w:p>
    <w:p>
      <w:r>
        <w:rPr>
          <w:b/>
        </w:rPr>
        <w:t>KULLANMADAN ÖNCE</w:t>
      </w:r>
    </w:p>
    <w:p>
      <w:r>
        <w:t>İzin gelmeden alt kiralama işlemi kurmayın.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