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KİRALANANI GÖSTERME RANDEVUSU TALEBİ</w:t>
      </w:r>
    </w:p>
    <w:p>
      <w:r>
        <w:t>Düzenleme tarihi: [GG.AA.YYYY]     Yer: [İl/ilçe]</w:t>
      </w:r>
    </w:p>
    <w:p>
      <w:r>
        <w:t>[Kiralanan adres] için [satış/yeniden kiralama/onarım] amacıyla [önerilen tarih-saat aralığı] içinde ziyaret planlamak istiyorum. Ziyaret edecek kişiler ve tahmini süre [bilgi].</w:t>
      </w:r>
    </w:p>
    <w:p>
      <w:r>
        <w:t>Kiracının iş ve özel yaşamı gözetilerek uygun gün/saat konusunda yazılı mutabakat rica ederim; farklı uygun zaman önerisi [yanıt kanalı].</w:t>
      </w:r>
    </w:p>
    <w:p>
      <w:r>
        <w:t>TBK m.319 çerçevesindeki gösterme yükümlülüğü sınırsız giriş yetkisi vermez. Kiracının rızası/uygun bildirim ve mahremiyet gözetilir; anahtarla izinsiz girilmez.</w:t>
      </w:r>
    </w:p>
    <w:p>
      <w:r>
        <w:t>Kiraya veren/yetkili [ad, tarih, imza]</w:t>
      </w:r>
    </w:p>
    <w:p>
      <w:r>
        <w:rPr>
          <w:b/>
        </w:rPr>
        <w:t>KULLANMADAN ÖNCE</w:t>
      </w:r>
    </w:p>
    <w:p>
      <w:r>
        <w:t>Önceden bildirin, süreyi sınırlayın ve yazılı randevu teyidi alın.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