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KİRACI DEĞİŞİKLİĞİ İÇİN YAZILI ONAY TALEBİ</w:t>
      </w:r>
    </w:p>
    <w:p>
      <w:r>
        <w:t>Düzenleme tarihi: [GG.AA.YYYY]     Yer: [İl/ilçe]</w:t>
      </w:r>
    </w:p>
    <w:p>
      <w:r>
        <w:t>[Kiralanan adres] için [tarih] tarihli kira sözleşmesinin kiracısı [ad] olarak, [önerilen yeni kiracı ad] ile [planlanan tarih] itibarıyla kiracılık ilişkisinin nasıl değiştirilebileceğini görüşmek istiyorum.</w:t>
      </w:r>
    </w:p>
    <w:p>
      <w:r>
        <w:t>Kiraya verenden devir/yenileme koşullarını, mevcut borç ve depozitonun akıbetini, anahtar teslimini ve yazılı onay verip vermediğini bildirmesini rica ederim.</w:t>
      </w:r>
    </w:p>
    <w:p>
      <w:r>
        <w:t>Bu yazı tek başına kiracıyı değiştirmez, mevcut kiracıyı borçtan kurtarmaz veya kiraya verenin onayı yerine geçmez. Konut ve işyeri kiralarında devir koşulları farklı değerlendirilir.</w:t>
      </w:r>
    </w:p>
    <w:p>
      <w:r>
        <w:t>Mevcut kiracı [imza] | Kiraya veren yanıtı [ayrı yazılı onay/ret]</w:t>
      </w:r>
    </w:p>
    <w:p>
      <w:r>
        <w:rPr>
          <w:b/>
        </w:rPr>
        <w:t>KULLANMADAN ÖNCE</w:t>
      </w:r>
    </w:p>
    <w:p>
      <w:r>
        <w:t>Onay, yeni sözleşme, depozito ve fiilî teslimi ayrı belgelerle düzenleyin.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