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GÖREV TANIMI YAZILI BİLDİRİM TALEBİ</w:t>
      </w:r>
    </w:p>
    <w:p>
      <w:r>
        <w:t>Düzenleme tarihi: [GG.AA.YYYY]     Yer: [İl/ilçe]</w:t>
      </w:r>
    </w:p>
    <w:p>
      <w:r>
        <w:t>[İşveren/birim] nezdindeki görevim [unvan] olup [tarih] itibarıyla [yeni iş/raporlama/yer] konusunda belirsizlik bulunmaktadır.</w:t>
      </w:r>
    </w:p>
    <w:p>
      <w:r>
        <w:t>Güncel görev tanımı, bağlı yönetici, iş yeri, çalışma düzeni, yetki ve sorumluluk sınırının yazılı iletilmesini; mevcut sözleşmeyle farklılığın açıklanmasını rica ederim.</w:t>
      </w:r>
    </w:p>
    <w:p>
      <w:r>
        <w:t>Bu talep tek başına değişikliği kabul veya reddetme beyanı değildir. Esaslı değişiklik iddiası varsa İş Kanunu m.22 usulü ayrıca değerlendirilir.</w:t>
      </w:r>
    </w:p>
    <w:p>
      <w:r>
        <w:t>Çalışan [ad, tarih, imza]</w:t>
      </w:r>
    </w:p>
    <w:p>
      <w:r>
        <w:rPr>
          <w:b/>
        </w:rPr>
        <w:t>KULLANMADAN ÖNCE</w:t>
      </w:r>
    </w:p>
    <w:p>
      <w:r>
        <w:t>Mevcut sözleşme ve önceki görev tanımıyla farkları kaydedin.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