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YERİ DEĞİŞİKLİĞİ TALEBİ</w:t>
      </w:r>
    </w:p>
    <w:p>
      <w:r>
        <w:t>Düzenleme tarihi: [GG.AA.YYYY]     Yer: [İl/ilçe]</w:t>
      </w:r>
    </w:p>
    <w:p>
      <w:r>
        <w:t>[İşveren/birim] çalışanı olarak mevcut iş yerim [konum], talep ettiğim yer [konum] ve gerekçem [somut neden] şeklindedir. Önerilen başlangıç tarihi [tarih].</w:t>
      </w:r>
    </w:p>
    <w:p>
      <w:r>
        <w:t>Görev, ücret, ulaşım, çalışma süresi ve diğer koşulların nasıl etkileneceğinin yazılı bildirilmesini ve talebimin değerlendirilmesini istiyorum.</w:t>
      </w:r>
    </w:p>
    <w:p>
      <w:r>
        <w:t>Başvurum tek başına nakil veya sözleşme değişikliği oluşturmaz. İş Kanunu m.22 kapsamında esaslı değişiklik varsa gerekli yazılı usul ayrıca izlenmelidir.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Yeni yer, görev ve ücret etkisini açıkça yazın; yazılı sonucu bekleyin.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