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GEBELİKTE ÇALIŞMA KOŞULLARININ DEĞERLENDİRİLMESİ</w:t>
      </w:r>
    </w:p>
    <w:p>
      <w:r>
        <w:t>Düzenleme tarihi: [GG.AA.YYYY]     Yer: [İl/ilçe]</w:t>
      </w:r>
    </w:p>
    <w:p>
      <w:r>
        <w:t>[İşyeri/görev] çalışanıyım. Gebeliğime ilişkin gerekli bildirim ve sağlık değerlendirmesini [tarih] tarihinde yetkili işyeri hekimine/işverene uygun kanaldan sundum.</w:t>
      </w:r>
    </w:p>
    <w:p>
      <w:r>
        <w:t>[Gece vardiyası, ağır kaldırma, ayakta çalışma veya somut risk] nedeniyle yürürlükteki gebe çalışan kuralları kapsamında görev ve çalışma düzenimin risk değerlendirmesiyle incelenmesini istiyorum.</w:t>
      </w:r>
    </w:p>
    <w:p>
      <w:r>
        <w:t>İşyeri hekimi görüşüyle uygun görev/saat değişikliği veya başka koruyucu tedbirlerin yazılı bildirilmesini rica ederim. Tıbbi ayrıntıları yalnız yetkili sağlık kanalında paylaşırım; bu metin tek başına rapor veya izin kararı değildir.</w:t>
      </w:r>
    </w:p>
    <w:p>
      <w:r>
        <w:t>Çalışan [ad, tarih, imza] | Ek: gerekli sağlık bildirimi</w:t>
      </w:r>
    </w:p>
    <w:p>
      <w:r>
        <w:rPr>
          <w:b/>
        </w:rPr>
        <w:t>KULLANMADAN ÖNCE</w:t>
      </w:r>
    </w:p>
    <w:p>
      <w:r>
        <w:t>Gebe çalışan yönetmeliğini ve raporda belirtilen bireysel kısıtları işyeri hekimiyle değerlendirin.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