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İŞYERİNDE MAKUL DÜZENLEME TALEBİ</w:t>
      </w:r>
    </w:p>
    <w:p>
      <w:r>
        <w:t>Düzenleme tarihi: [GG.AA.YYYY]     Yer: [İl/ilçe]</w:t>
      </w:r>
    </w:p>
    <w:p>
      <w:r>
        <w:t>[İşyeri ve görev] kapsamında karşılaştığım [somut erişim/çalışma engeli] nedeniyle işi güvenli ve eşit koşullarda yürütebilmek için [uygun ekipman, fiziki erişim, iletişim veya saat düzeni] seçeneğinin değerlendirilmesini istiyorum.</w:t>
      </w:r>
    </w:p>
    <w:p>
      <w:r>
        <w:t>İşe etkili gereksinimi gösteren belgeyi yalnız yetkili işyeri hekimi/İK kanalına gerekli ölçüde sunacağım; tanı ve ayrıntılı tıbbi verimin genel dolaşıma açılmamasını rica ederim.</w:t>
      </w:r>
    </w:p>
    <w:p>
      <w:r>
        <w:t>İşin gerekleri, ölçülülük ve iş sağlığı güvenliği bakımından alternatiflerin benimle görüşülmesini, alınan kararın ve gerekçesinin yazılı bildirilmesini talep ederim. Bu başvuru belirli bir çözümün her koşulda otomatik uygulanacağı iddiası değildir.</w:t>
      </w:r>
    </w:p>
    <w:p>
      <w:r>
        <w:t>Çalışan [ad, tarih, imza] | Ek: güvenli kanalda gerekli belge</w:t>
      </w:r>
    </w:p>
    <w:p>
      <w:r>
        <w:rPr>
          <w:b/>
        </w:rPr>
        <w:t>KULLANMADAN ÖNCE</w:t>
      </w:r>
    </w:p>
    <w:p>
      <w:r>
        <w:t>İstenen değişikliği somut işe bağlayın; tıbbi veriyi yalnız yetkili kişiye iletin.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