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SAĞLIK DURUMUNA UYGUN GÖREV DEĞERLENDİRMESİ TALEBİ</w:t>
      </w:r>
    </w:p>
    <w:p>
      <w:r>
        <w:t>Düzenleme tarihi: [GG.AA.YYYY]     Yer: [İl/ilçe]</w:t>
      </w:r>
    </w:p>
    <w:p>
      <w:r>
        <w:t>[İşyeri/birim, görev] kapsamında [tarih] tarihli sağlık değerlendirmesinde belirtilen çalışma kısıtı [yalnız işe etkili kısmı] nedeniyle mevcut işin [somut görev] kısmı için uygunluk değerlendirmesi istiyorum.</w:t>
      </w:r>
    </w:p>
    <w:p>
      <w:r>
        <w:t>İşyeri hekimi ve iş sağlığı güvenliği biriminin yetkileri çerçevesinde görev, ortam, ekipman, vardiya veya geçici uyarlama seçeneklerinin incelenmesini; karar ve gerekçenin yazılı bildirilmesini talep ederim.</w:t>
      </w:r>
    </w:p>
    <w:p>
      <w:r>
        <w:t>Tanı ve ayrıntılı tıbbi kayıtları genel personel dolaşımına açmıyorum; gerekli sağlık belgesini güvenli yetkili kanala sunuyorum. Bu dilekçe otomatik görev değişikliği veya iş göremezlik kararı değildir.</w:t>
      </w:r>
    </w:p>
    <w:p>
      <w:r>
        <w:t>Çalışan [ad, tarih, imza] | Ek: gerekli raporun yetkili kanala sunum kaydı</w:t>
      </w:r>
    </w:p>
    <w:p>
      <w:r>
        <w:rPr>
          <w:b/>
        </w:rPr>
        <w:t>KULLANMADAN ÖNCE</w:t>
      </w:r>
    </w:p>
    <w:p>
      <w:r>
        <w:t>Acil sağlık tehlikesinde derhal işyeri hekimi/acil kanala başvurun; kişisel sağlık verisini asgari paylaşın.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