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ÜCRET HESAP PUSULASI DÜZELTME TALEBİ</w:t>
      </w:r>
    </w:p>
    <w:p>
      <w:r>
        <w:t>Düzenleme tarihi: [GG.AA.YYYY]     Yer: [İl/ilçe]</w:t>
      </w:r>
    </w:p>
    <w:p>
      <w:r>
        <w:t>[Ay/yıl] dönemine ait ücret hesap pusulamda [kalem ve görünen tutar] kaydının [sözleşme/puantaj/dekont] ile uyuşmadığını gördüm.</w:t>
      </w:r>
    </w:p>
    <w:p>
      <w:r>
        <w:t>Gerçek çalışma, fazla süre, izin veya kesinti dayanaklarının [somut liste] ile karşılaştırılarak doğru hesap ve düzeltilmiş pusulanın verilmesini istiyorum.</w:t>
      </w:r>
    </w:p>
    <w:p>
      <w:r>
        <w:t>Farktan kaynaklanan ücret veya prim bildirimi düzeltmesi gerekiyorsa bunun sonucunun da tarafıma yazılı bildirilmesini talep ederim.</w:t>
      </w:r>
    </w:p>
    <w:p>
      <w:r>
        <w:t>İşçi [ad, tarih, imza] | Ekler: pusula, puantaj, dekont</w:t>
      </w:r>
    </w:p>
    <w:p>
      <w:r>
        <w:rPr>
          <w:b/>
        </w:rPr>
        <w:t>KULLANMADAN ÖNCE</w:t>
      </w:r>
    </w:p>
    <w:p>
      <w:r>
        <w:t>Brüt/net ve yasal kesintileri ayırın; imzalı bordro ve fiilî ödeme delillerini birlikte inceleyin.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